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6E852" w14:textId="77777777" w:rsidR="00DA5760" w:rsidRDefault="00621822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SOUPISKA DRUŽSTVA</w:t>
      </w:r>
    </w:p>
    <w:p w14:paraId="0A3B59A6" w14:textId="581CFCDC" w:rsidR="00DA5760" w:rsidRDefault="00985988">
      <w:pPr>
        <w:spacing w:after="180"/>
        <w:jc w:val="center"/>
      </w:pPr>
      <w:r w:rsidRPr="00985988">
        <w:rPr>
          <w:b/>
          <w:caps/>
          <w:color w:val="17365D"/>
          <w:sz w:val="26"/>
        </w:rPr>
        <w:t>Přespolní běh</w:t>
      </w:r>
      <w:r w:rsidR="00621822">
        <w:rPr>
          <w:b/>
          <w:color w:val="17365D"/>
          <w:sz w:val="26"/>
        </w:rPr>
        <w:t xml:space="preserve"> </w:t>
      </w:r>
      <w:proofErr w:type="gramStart"/>
      <w:r w:rsidR="00621822">
        <w:rPr>
          <w:b/>
          <w:color w:val="17365D"/>
          <w:sz w:val="26"/>
        </w:rPr>
        <w:t xml:space="preserve">|  </w:t>
      </w:r>
      <w:proofErr w:type="spellStart"/>
      <w:r w:rsidR="00621822">
        <w:rPr>
          <w:b/>
          <w:color w:val="17365D"/>
          <w:sz w:val="26"/>
        </w:rPr>
        <w:t>školní</w:t>
      </w:r>
      <w:proofErr w:type="spellEnd"/>
      <w:proofErr w:type="gramEnd"/>
      <w:r w:rsidR="00621822">
        <w:rPr>
          <w:b/>
          <w:color w:val="17365D"/>
          <w:sz w:val="26"/>
        </w:rPr>
        <w:t xml:space="preserve"> </w:t>
      </w:r>
      <w:proofErr w:type="spellStart"/>
      <w:r w:rsidR="00621822">
        <w:rPr>
          <w:b/>
          <w:color w:val="17365D"/>
          <w:sz w:val="26"/>
        </w:rPr>
        <w:t>rok</w:t>
      </w:r>
      <w:proofErr w:type="spellEnd"/>
      <w:r w:rsidR="00621822">
        <w:rPr>
          <w:b/>
          <w:color w:val="17365D"/>
          <w:sz w:val="26"/>
        </w:rPr>
        <w:t xml:space="preserve">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DA5760" w14:paraId="1F93ED15" w14:textId="77777777" w:rsidTr="00985988">
        <w:trPr>
          <w:cantSplit/>
          <w:trHeight w:val="1141"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EAF033" w14:textId="77777777" w:rsidR="00DA5760" w:rsidRDefault="00621822">
            <w:pPr>
              <w:spacing w:after="0"/>
            </w:pPr>
            <w:proofErr w:type="spellStart"/>
            <w:r>
              <w:rPr>
                <w:b/>
                <w:color w:val="17365D"/>
              </w:rPr>
              <w:t>Oficiální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název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D0DA586" w14:textId="77777777" w:rsidR="00DA5760" w:rsidRDefault="00DA5760">
            <w:pPr>
              <w:spacing w:after="0"/>
            </w:pPr>
          </w:p>
        </w:tc>
      </w:tr>
      <w:tr w:rsidR="00DA5760" w14:paraId="464435E6" w14:textId="77777777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8FB0B95" w14:textId="77777777" w:rsidR="00DA5760" w:rsidRDefault="00621822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F81B83" w14:textId="77777777" w:rsidR="00DA5760" w:rsidRDefault="00DA5760">
            <w:pPr>
              <w:spacing w:after="0"/>
            </w:pPr>
          </w:p>
        </w:tc>
      </w:tr>
      <w:tr w:rsidR="00DA5760" w14:paraId="08A4C832" w14:textId="77777777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D49311" w14:textId="77777777" w:rsidR="00DA5760" w:rsidRDefault="00621822">
            <w:pPr>
              <w:spacing w:after="0"/>
            </w:pPr>
            <w:proofErr w:type="spellStart"/>
            <w:r>
              <w:rPr>
                <w:b/>
                <w:color w:val="17365D"/>
              </w:rPr>
              <w:t>Telefon</w:t>
            </w:r>
            <w:proofErr w:type="spellEnd"/>
            <w:r>
              <w:rPr>
                <w:b/>
                <w:color w:val="17365D"/>
              </w:rPr>
              <w:t xml:space="preserve"> / e-mail</w:t>
            </w:r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31ADD34" w14:textId="77777777" w:rsidR="00DA5760" w:rsidRDefault="00DA5760">
            <w:pPr>
              <w:spacing w:after="0"/>
            </w:pPr>
          </w:p>
        </w:tc>
      </w:tr>
    </w:tbl>
    <w:p w14:paraId="34A0D166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KATEGORIE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DA5760" w14:paraId="2EBB2580" w14:textId="77777777">
        <w:trPr>
          <w:jc w:val="center"/>
        </w:trPr>
        <w:tc>
          <w:tcPr>
            <w:tcW w:w="467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8E087B" w14:textId="77777777" w:rsidR="00DA5760" w:rsidRDefault="00000000">
            <w:pPr>
              <w:jc w:val="center"/>
            </w:pPr>
            <w:sdt>
              <w:sdtPr>
                <w:alias w:val="chlapci"/>
                <w:tag w:val="checkbox"/>
                <w:id w:val="99716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822">
                  <w:t>☐</w:t>
                </w:r>
              </w:sdtContent>
            </w:sdt>
            <w:r w:rsidR="00621822">
              <w:t xml:space="preserve">  </w:t>
            </w:r>
            <w:proofErr w:type="spellStart"/>
            <w:r w:rsidR="00621822">
              <w:t>chlapci</w:t>
            </w:r>
            <w:proofErr w:type="spellEnd"/>
          </w:p>
        </w:tc>
        <w:tc>
          <w:tcPr>
            <w:tcW w:w="467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BE802AB" w14:textId="77777777" w:rsidR="00DA5760" w:rsidRDefault="00000000">
            <w:pPr>
              <w:jc w:val="center"/>
            </w:pPr>
            <w:sdt>
              <w:sdtPr>
                <w:alias w:val="dívky"/>
                <w:tag w:val="checkbox"/>
                <w:id w:val="155703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822">
                  <w:t>☐</w:t>
                </w:r>
              </w:sdtContent>
            </w:sdt>
            <w:r w:rsidR="00621822">
              <w:t xml:space="preserve">  </w:t>
            </w:r>
            <w:proofErr w:type="spellStart"/>
            <w:r w:rsidR="00621822">
              <w:t>dívky</w:t>
            </w:r>
            <w:proofErr w:type="spellEnd"/>
          </w:p>
        </w:tc>
      </w:tr>
    </w:tbl>
    <w:p w14:paraId="5C9A6EFF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SEZNAM NOMINOVANÝCH ZÁVODNÍKŮ / ZÁVODNIC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95"/>
        <w:gridCol w:w="1701"/>
        <w:gridCol w:w="2891"/>
      </w:tblGrid>
      <w:tr w:rsidR="00DA5760" w14:paraId="127C1D76" w14:textId="77777777">
        <w:trPr>
          <w:jc w:val="center"/>
        </w:trPr>
        <w:tc>
          <w:tcPr>
            <w:tcW w:w="567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BA12220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Č.</w:t>
            </w:r>
          </w:p>
        </w:tc>
        <w:tc>
          <w:tcPr>
            <w:tcW w:w="4195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A6F845" w14:textId="77777777" w:rsidR="00DA5760" w:rsidRDefault="0062182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Příjmení</w:t>
            </w:r>
            <w:proofErr w:type="spellEnd"/>
            <w:r>
              <w:rPr>
                <w:b/>
                <w:color w:val="FFFFFF"/>
                <w:sz w:val="18"/>
              </w:rPr>
              <w:t xml:space="preserve"> a </w:t>
            </w:r>
            <w:proofErr w:type="spellStart"/>
            <w:r>
              <w:rPr>
                <w:b/>
                <w:color w:val="FFFFFF"/>
                <w:sz w:val="18"/>
              </w:rPr>
              <w:t>jméno</w:t>
            </w:r>
            <w:proofErr w:type="spellEnd"/>
          </w:p>
        </w:tc>
        <w:tc>
          <w:tcPr>
            <w:tcW w:w="1701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38F5652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 xml:space="preserve">Rok </w:t>
            </w:r>
            <w:proofErr w:type="spellStart"/>
            <w:r>
              <w:rPr>
                <w:b/>
                <w:color w:val="FFFFFF"/>
                <w:sz w:val="18"/>
              </w:rPr>
              <w:t>narození</w:t>
            </w:r>
            <w:proofErr w:type="spellEnd"/>
          </w:p>
        </w:tc>
        <w:tc>
          <w:tcPr>
            <w:tcW w:w="2891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EF46CE" w14:textId="77777777" w:rsidR="00DA5760" w:rsidRDefault="00621822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Třída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ročník</w:t>
            </w:r>
            <w:proofErr w:type="spellEnd"/>
          </w:p>
        </w:tc>
      </w:tr>
      <w:tr w:rsidR="00DA5760" w14:paraId="1426A9AD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E82FC6D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1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21AC328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7BD9C0B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018028C" w14:textId="77777777" w:rsidR="00DA5760" w:rsidRDefault="00DA5760">
            <w:pPr>
              <w:spacing w:after="0"/>
              <w:jc w:val="center"/>
            </w:pPr>
          </w:p>
        </w:tc>
      </w:tr>
      <w:tr w:rsidR="00DA5760" w14:paraId="16519B1E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A480C25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2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906A70F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F43A617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147B0AC" w14:textId="77777777" w:rsidR="00DA5760" w:rsidRDefault="00DA5760">
            <w:pPr>
              <w:spacing w:after="0"/>
              <w:jc w:val="center"/>
            </w:pPr>
          </w:p>
        </w:tc>
      </w:tr>
      <w:tr w:rsidR="00DA5760" w14:paraId="51CB285F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3B87F33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3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7F4B54C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1DC026C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055AC98" w14:textId="77777777" w:rsidR="00DA5760" w:rsidRDefault="00DA5760">
            <w:pPr>
              <w:spacing w:after="0"/>
              <w:jc w:val="center"/>
            </w:pPr>
          </w:p>
        </w:tc>
      </w:tr>
      <w:tr w:rsidR="00DA5760" w14:paraId="034056C5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9D8A697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4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77BE625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738D383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A1719AA" w14:textId="77777777" w:rsidR="00DA5760" w:rsidRDefault="00DA5760">
            <w:pPr>
              <w:spacing w:after="0"/>
              <w:jc w:val="center"/>
            </w:pPr>
          </w:p>
        </w:tc>
      </w:tr>
      <w:tr w:rsidR="00985988" w14:paraId="0DFAFC16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D458E00" w14:textId="70A58D43" w:rsidR="00985988" w:rsidRDefault="00985988">
            <w:pPr>
              <w:spacing w:after="0"/>
              <w:jc w:val="center"/>
              <w:rPr>
                <w:color w:val="1F1F1F"/>
              </w:rPr>
            </w:pPr>
            <w:r>
              <w:rPr>
                <w:color w:val="1F1F1F"/>
              </w:rPr>
              <w:t>5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065990C" w14:textId="77777777" w:rsidR="00985988" w:rsidRDefault="00985988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4AD55BA" w14:textId="77777777" w:rsidR="00985988" w:rsidRDefault="00985988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8BE777F" w14:textId="77777777" w:rsidR="00985988" w:rsidRDefault="00985988">
            <w:pPr>
              <w:spacing w:after="0"/>
              <w:jc w:val="center"/>
            </w:pPr>
          </w:p>
        </w:tc>
      </w:tr>
    </w:tbl>
    <w:p w14:paraId="564D6608" w14:textId="3F962BD4" w:rsidR="00DA5760" w:rsidRDefault="00621822">
      <w:pPr>
        <w:spacing w:before="120"/>
      </w:pPr>
      <w:proofErr w:type="spellStart"/>
      <w:r>
        <w:rPr>
          <w:i/>
          <w:color w:val="505050"/>
          <w:sz w:val="18"/>
        </w:rPr>
        <w:t>Každé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družstvo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tvoří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 w:rsidR="00985988">
        <w:rPr>
          <w:i/>
          <w:color w:val="505050"/>
          <w:sz w:val="18"/>
        </w:rPr>
        <w:t>pět</w:t>
      </w:r>
      <w:proofErr w:type="spellEnd"/>
      <w:r w:rsidR="00985988"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závodní</w:t>
      </w:r>
      <w:r w:rsidR="00985988">
        <w:rPr>
          <w:i/>
          <w:color w:val="505050"/>
          <w:sz w:val="18"/>
        </w:rPr>
        <w:t>ků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nebo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 w:rsidR="00985988">
        <w:rPr>
          <w:i/>
          <w:color w:val="505050"/>
          <w:sz w:val="18"/>
        </w:rPr>
        <w:t>pět</w:t>
      </w:r>
      <w:proofErr w:type="spellEnd"/>
      <w:r w:rsidR="00985988">
        <w:rPr>
          <w:i/>
          <w:color w:val="505050"/>
          <w:sz w:val="18"/>
        </w:rPr>
        <w:t xml:space="preserve"> </w:t>
      </w:r>
      <w:proofErr w:type="spellStart"/>
      <w:r w:rsidR="00985988">
        <w:rPr>
          <w:i/>
          <w:color w:val="505050"/>
          <w:sz w:val="18"/>
        </w:rPr>
        <w:t>závodnic</w:t>
      </w:r>
      <w:proofErr w:type="spellEnd"/>
      <w:r>
        <w:rPr>
          <w:i/>
          <w:color w:val="505050"/>
          <w:sz w:val="18"/>
        </w:rPr>
        <w:t xml:space="preserve">. Za </w:t>
      </w:r>
      <w:proofErr w:type="spellStart"/>
      <w:r>
        <w:rPr>
          <w:i/>
          <w:color w:val="505050"/>
          <w:sz w:val="18"/>
        </w:rPr>
        <w:t>každou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školu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může</w:t>
      </w:r>
      <w:proofErr w:type="spellEnd"/>
      <w:r>
        <w:rPr>
          <w:i/>
          <w:color w:val="505050"/>
          <w:sz w:val="18"/>
        </w:rPr>
        <w:t xml:space="preserve"> v </w:t>
      </w:r>
      <w:proofErr w:type="spellStart"/>
      <w:r>
        <w:rPr>
          <w:i/>
          <w:color w:val="505050"/>
          <w:sz w:val="18"/>
        </w:rPr>
        <w:t>každé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kategorii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startovat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pouze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jedno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družstvo</w:t>
      </w:r>
      <w:proofErr w:type="spellEnd"/>
      <w:r>
        <w:rPr>
          <w:i/>
          <w:color w:val="505050"/>
          <w:sz w:val="18"/>
        </w:rPr>
        <w:t>.</w:t>
      </w:r>
    </w:p>
    <w:p w14:paraId="72503006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DA5760" w14:paraId="0D2CCF39" w14:textId="77777777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4F5556" w14:textId="77777777" w:rsidR="00DA5760" w:rsidRDefault="00621822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4677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3898129" w14:textId="77777777" w:rsidR="00DA5760" w:rsidRDefault="00621822">
            <w:pPr>
              <w:spacing w:after="0"/>
            </w:pPr>
            <w:proofErr w:type="spellStart"/>
            <w:r>
              <w:rPr>
                <w:b/>
                <w:color w:val="17365D"/>
              </w:rPr>
              <w:t>Ředitel</w:t>
            </w:r>
            <w:proofErr w:type="spellEnd"/>
            <w:r>
              <w:rPr>
                <w:b/>
                <w:color w:val="17365D"/>
              </w:rPr>
              <w:t>/</w:t>
            </w:r>
            <w:proofErr w:type="spellStart"/>
            <w:r>
              <w:rPr>
                <w:b/>
                <w:color w:val="17365D"/>
              </w:rPr>
              <w:t>ředitelka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</w:tr>
      <w:tr w:rsidR="00DA5760" w14:paraId="68E41468" w14:textId="77777777" w:rsidTr="00985988">
        <w:trPr>
          <w:cantSplit/>
          <w:trHeight w:val="1645"/>
          <w:jc w:val="center"/>
        </w:trPr>
        <w:tc>
          <w:tcPr>
            <w:tcW w:w="467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8D9C1EA" w14:textId="77777777" w:rsidR="00985988" w:rsidRDefault="00621822">
            <w:pPr>
              <w:spacing w:after="0"/>
              <w:rPr>
                <w:color w:val="1F1F1F"/>
              </w:rPr>
            </w:pPr>
            <w:r>
              <w:rPr>
                <w:color w:val="1F1F1F"/>
              </w:rPr>
              <w:br/>
            </w:r>
          </w:p>
          <w:p w14:paraId="5C7F303F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18E333BA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5337C990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0B168292" w14:textId="5F441DCA" w:rsidR="00DA5760" w:rsidRDefault="00621822">
            <w:pPr>
              <w:spacing w:after="0"/>
            </w:pPr>
            <w:r>
              <w:rPr>
                <w:color w:val="1F1F1F"/>
              </w:rPr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</w:p>
        </w:tc>
        <w:tc>
          <w:tcPr>
            <w:tcW w:w="467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3A6C7FA" w14:textId="77777777" w:rsidR="00985988" w:rsidRDefault="00621822">
            <w:pPr>
              <w:spacing w:after="0"/>
              <w:rPr>
                <w:color w:val="1F1F1F"/>
              </w:rPr>
            </w:pPr>
            <w:r>
              <w:rPr>
                <w:color w:val="1F1F1F"/>
              </w:rPr>
              <w:br/>
            </w:r>
          </w:p>
          <w:p w14:paraId="76A9F36F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499FD902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1960D114" w14:textId="77777777" w:rsidR="00985988" w:rsidRDefault="00985988">
            <w:pPr>
              <w:spacing w:after="0"/>
              <w:rPr>
                <w:color w:val="1F1F1F"/>
              </w:rPr>
            </w:pPr>
          </w:p>
          <w:p w14:paraId="799BCBBD" w14:textId="1454EEFB" w:rsidR="00DA5760" w:rsidRDefault="00621822">
            <w:pPr>
              <w:spacing w:after="0"/>
            </w:pPr>
            <w:r>
              <w:rPr>
                <w:color w:val="1F1F1F"/>
              </w:rPr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,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razítko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školy</w:t>
            </w:r>
            <w:proofErr w:type="spellEnd"/>
          </w:p>
        </w:tc>
      </w:tr>
    </w:tbl>
    <w:p w14:paraId="10EFD8A3" w14:textId="77777777" w:rsidR="00621822" w:rsidRDefault="00621822"/>
    <w:sectPr w:rsidR="00621822" w:rsidSect="00034616">
      <w:headerReference w:type="default" r:id="rId8"/>
      <w:footerReference w:type="default" r:id="rId9"/>
      <w:pgSz w:w="12240" w:h="15840"/>
      <w:pgMar w:top="822" w:right="1020" w:bottom="822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BD6E8" w14:textId="77777777" w:rsidR="00A90F58" w:rsidRDefault="00A90F58">
      <w:pPr>
        <w:spacing w:after="0" w:line="240" w:lineRule="auto"/>
      </w:pPr>
      <w:r>
        <w:separator/>
      </w:r>
    </w:p>
  </w:endnote>
  <w:endnote w:type="continuationSeparator" w:id="0">
    <w:p w14:paraId="5BCA0B48" w14:textId="77777777" w:rsidR="00A90F58" w:rsidRDefault="00A9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1110" w14:textId="77777777" w:rsidR="00DA5760" w:rsidRDefault="00621822">
    <w:pPr>
      <w:pStyle w:val="Zpat"/>
      <w:jc w:val="center"/>
    </w:pPr>
    <w:proofErr w:type="spellStart"/>
    <w:r>
      <w:rPr>
        <w:color w:val="5A5A5A"/>
        <w:sz w:val="16"/>
      </w:rPr>
      <w:t>Gymnázium</w:t>
    </w:r>
    <w:proofErr w:type="spellEnd"/>
    <w:r>
      <w:rPr>
        <w:color w:val="5A5A5A"/>
        <w:sz w:val="16"/>
      </w:rPr>
      <w:t xml:space="preserve">, </w:t>
    </w:r>
    <w:proofErr w:type="spellStart"/>
    <w:r>
      <w:rPr>
        <w:color w:val="5A5A5A"/>
        <w:sz w:val="16"/>
      </w:rPr>
      <w:t>Střední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 a Vyšší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, Nový </w:t>
    </w:r>
    <w:proofErr w:type="spellStart"/>
    <w:r>
      <w:rPr>
        <w:color w:val="5A5A5A"/>
        <w:sz w:val="16"/>
      </w:rPr>
      <w:t>Bydžov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88481" w14:textId="77777777" w:rsidR="00A90F58" w:rsidRDefault="00A90F58">
      <w:pPr>
        <w:spacing w:after="0" w:line="240" w:lineRule="auto"/>
      </w:pPr>
      <w:r>
        <w:separator/>
      </w:r>
    </w:p>
  </w:footnote>
  <w:footnote w:type="continuationSeparator" w:id="0">
    <w:p w14:paraId="2F539C45" w14:textId="77777777" w:rsidR="00A90F58" w:rsidRDefault="00A9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042A" w14:textId="77777777" w:rsidR="00DA5760" w:rsidRDefault="00621822">
    <w:pPr>
      <w:pStyle w:val="Zhlav"/>
      <w:jc w:val="right"/>
    </w:pPr>
    <w:r>
      <w:rPr>
        <w:b/>
        <w:color w:val="17365D"/>
        <w:sz w:val="16"/>
      </w:rPr>
      <w:t xml:space="preserve">STŘEDOŠKOLSKÁ SPORTOVNÍ LIGA </w:t>
    </w:r>
    <w:proofErr w:type="gramStart"/>
    <w:r>
      <w:rPr>
        <w:b/>
        <w:color w:val="17365D"/>
        <w:sz w:val="16"/>
      </w:rPr>
      <w:t>KHK  |</w:t>
    </w:r>
    <w:proofErr w:type="gramEnd"/>
    <w:r>
      <w:rPr>
        <w:b/>
        <w:color w:val="17365D"/>
        <w:sz w:val="16"/>
      </w:rPr>
      <w:t xml:space="preserve"> 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656915">
    <w:abstractNumId w:val="8"/>
  </w:num>
  <w:num w:numId="2" w16cid:durableId="231817898">
    <w:abstractNumId w:val="6"/>
  </w:num>
  <w:num w:numId="3" w16cid:durableId="397364492">
    <w:abstractNumId w:val="5"/>
  </w:num>
  <w:num w:numId="4" w16cid:durableId="7223706">
    <w:abstractNumId w:val="4"/>
  </w:num>
  <w:num w:numId="5" w16cid:durableId="217589576">
    <w:abstractNumId w:val="7"/>
  </w:num>
  <w:num w:numId="6" w16cid:durableId="39667451">
    <w:abstractNumId w:val="3"/>
  </w:num>
  <w:num w:numId="7" w16cid:durableId="1765106201">
    <w:abstractNumId w:val="2"/>
  </w:num>
  <w:num w:numId="8" w16cid:durableId="376397947">
    <w:abstractNumId w:val="1"/>
  </w:num>
  <w:num w:numId="9" w16cid:durableId="260839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3F53"/>
    <w:rsid w:val="00326F90"/>
    <w:rsid w:val="00541154"/>
    <w:rsid w:val="00596678"/>
    <w:rsid w:val="00621822"/>
    <w:rsid w:val="00631A3E"/>
    <w:rsid w:val="00985988"/>
    <w:rsid w:val="00A90F58"/>
    <w:rsid w:val="00AA1D8D"/>
    <w:rsid w:val="00B47730"/>
    <w:rsid w:val="00B71B4E"/>
    <w:rsid w:val="00CB0664"/>
    <w:rsid w:val="00DA5760"/>
    <w:rsid w:val="00F71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CDE41"/>
  <w14:defaultImageDpi w14:val="300"/>
  <w15:docId w15:val="{E636E9B3-72A9-42F3-92C8-CB2D990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450</Characters>
  <Application>Microsoft Office Word</Application>
  <DocSecurity>0</DocSecurity>
  <Lines>50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Soupiska družstva - atletika 2026/2027</dc:title>
  <dc:subject/>
  <dc:creator>Rosůlek Lukáš</dc:creator>
  <cp:keywords/>
  <dc:description>generated by python-docx</dc:description>
  <cp:lastModifiedBy>Mgr. Petr Skokan</cp:lastModifiedBy>
  <cp:revision>3</cp:revision>
  <dcterms:created xsi:type="dcterms:W3CDTF">2026-09-15T06:34:00Z</dcterms:created>
  <dcterms:modified xsi:type="dcterms:W3CDTF">2026-09-15T06:36:00Z</dcterms:modified>
  <cp:category/>
</cp:coreProperties>
</file>