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6E852" w14:textId="77777777" w:rsidR="00DA5760" w:rsidRDefault="00621822">
      <w:pPr>
        <w:spacing w:after="40"/>
        <w:jc w:val="center"/>
      </w:pPr>
      <w:r>
        <w:rPr>
          <w:rFonts w:ascii="Aptos Display" w:hAnsi="Aptos Display"/>
          <w:b/>
          <w:color w:val="17365D"/>
          <w:sz w:val="40"/>
        </w:rPr>
        <w:t>SOUPISKA DRUŽSTVA</w:t>
      </w:r>
    </w:p>
    <w:p w14:paraId="0A3B59A6" w14:textId="77777777" w:rsidR="00DA5760" w:rsidRDefault="00621822">
      <w:pPr>
        <w:spacing w:after="180"/>
        <w:jc w:val="center"/>
      </w:pPr>
      <w:r>
        <w:rPr>
          <w:b/>
          <w:color w:val="17365D"/>
          <w:sz w:val="26"/>
        </w:rPr>
        <w:t>ATLETIKA  |  školní rok 2026/2027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20"/>
      </w:tblGrid>
      <w:tr w:rsidR="00DA5760" w14:paraId="1F93ED15" w14:textId="77777777">
        <w:trPr>
          <w:cantSplit/>
          <w:jc w:val="center"/>
        </w:trPr>
        <w:tc>
          <w:tcPr>
            <w:tcW w:w="2835" w:type="dxa"/>
            <w:shd w:val="clear" w:color="auto" w:fill="D9EA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1EAF033" w14:textId="77777777" w:rsidR="00DA5760" w:rsidRDefault="00621822">
            <w:pPr>
              <w:spacing w:after="0"/>
            </w:pPr>
            <w:r>
              <w:rPr>
                <w:b/>
                <w:color w:val="17365D"/>
              </w:rPr>
              <w:t>Oficiální název školy</w:t>
            </w:r>
          </w:p>
        </w:tc>
        <w:tc>
          <w:tcPr>
            <w:tcW w:w="652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D0DA586" w14:textId="77777777" w:rsidR="00DA5760" w:rsidRDefault="00DA5760">
            <w:pPr>
              <w:spacing w:after="0"/>
            </w:pPr>
          </w:p>
        </w:tc>
      </w:tr>
      <w:tr w:rsidR="00DA5760" w14:paraId="464435E6" w14:textId="77777777">
        <w:trPr>
          <w:cantSplit/>
          <w:jc w:val="center"/>
        </w:trPr>
        <w:tc>
          <w:tcPr>
            <w:tcW w:w="2835" w:type="dxa"/>
            <w:shd w:val="clear" w:color="auto" w:fill="D9EA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8FB0B95" w14:textId="77777777" w:rsidR="00DA5760" w:rsidRDefault="00621822">
            <w:pPr>
              <w:spacing w:after="0"/>
            </w:pPr>
            <w:r>
              <w:rPr>
                <w:b/>
                <w:color w:val="17365D"/>
              </w:rPr>
              <w:t>Vedoucí družstva</w:t>
            </w:r>
          </w:p>
        </w:tc>
        <w:tc>
          <w:tcPr>
            <w:tcW w:w="652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1F81B83" w14:textId="77777777" w:rsidR="00DA5760" w:rsidRDefault="00DA5760">
            <w:pPr>
              <w:spacing w:after="0"/>
            </w:pPr>
          </w:p>
        </w:tc>
      </w:tr>
      <w:tr w:rsidR="00DA5760" w14:paraId="08A4C832" w14:textId="77777777">
        <w:trPr>
          <w:cantSplit/>
          <w:jc w:val="center"/>
        </w:trPr>
        <w:tc>
          <w:tcPr>
            <w:tcW w:w="2835" w:type="dxa"/>
            <w:shd w:val="clear" w:color="auto" w:fill="D9EA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1D49311" w14:textId="77777777" w:rsidR="00DA5760" w:rsidRDefault="00621822">
            <w:pPr>
              <w:spacing w:after="0"/>
            </w:pPr>
            <w:r>
              <w:rPr>
                <w:b/>
                <w:color w:val="17365D"/>
              </w:rPr>
              <w:t>Telefon / e-mail</w:t>
            </w:r>
          </w:p>
        </w:tc>
        <w:tc>
          <w:tcPr>
            <w:tcW w:w="6520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31ADD34" w14:textId="77777777" w:rsidR="00DA5760" w:rsidRDefault="00DA5760">
            <w:pPr>
              <w:spacing w:after="0"/>
            </w:pPr>
          </w:p>
        </w:tc>
      </w:tr>
    </w:tbl>
    <w:p w14:paraId="34A0D166" w14:textId="77777777" w:rsidR="00DA5760" w:rsidRDefault="00621822">
      <w:pPr>
        <w:keepNext/>
        <w:spacing w:before="160" w:after="80"/>
      </w:pPr>
      <w:r>
        <w:rPr>
          <w:rFonts w:ascii="Aptos Display" w:hAnsi="Aptos Display"/>
          <w:b/>
          <w:color w:val="17365D"/>
          <w:sz w:val="22"/>
        </w:rPr>
        <w:t>KATEGORIE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DA5760" w14:paraId="2EBB2580" w14:textId="77777777">
        <w:trPr>
          <w:jc w:val="center"/>
        </w:trPr>
        <w:tc>
          <w:tcPr>
            <w:tcW w:w="467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88E087B" w14:textId="77777777" w:rsidR="00DA5760" w:rsidRDefault="00000000">
            <w:pPr>
              <w:jc w:val="center"/>
            </w:pPr>
            <w:sdt>
              <w:sdtPr>
                <w:alias w:val="chlapci"/>
                <w:tag w:val="checkbox"/>
                <w:id w:val="997164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1822">
                  <w:t>☐</w:t>
                </w:r>
              </w:sdtContent>
            </w:sdt>
            <w:r w:rsidR="00621822">
              <w:t xml:space="preserve">  chlapci</w:t>
            </w:r>
          </w:p>
        </w:tc>
        <w:tc>
          <w:tcPr>
            <w:tcW w:w="467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BE802AB" w14:textId="77777777" w:rsidR="00DA5760" w:rsidRDefault="00000000">
            <w:pPr>
              <w:jc w:val="center"/>
            </w:pPr>
            <w:sdt>
              <w:sdtPr>
                <w:alias w:val="dívky"/>
                <w:tag w:val="checkbox"/>
                <w:id w:val="1557030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1822">
                  <w:t>☐</w:t>
                </w:r>
              </w:sdtContent>
            </w:sdt>
            <w:r w:rsidR="00621822">
              <w:t xml:space="preserve">  dívky</w:t>
            </w:r>
          </w:p>
        </w:tc>
      </w:tr>
    </w:tbl>
    <w:p w14:paraId="5C9A6EFF" w14:textId="77777777" w:rsidR="00DA5760" w:rsidRDefault="00621822">
      <w:pPr>
        <w:keepNext/>
        <w:spacing w:before="160" w:after="80"/>
      </w:pPr>
      <w:r>
        <w:rPr>
          <w:rFonts w:ascii="Aptos Display" w:hAnsi="Aptos Display"/>
          <w:b/>
          <w:color w:val="17365D"/>
          <w:sz w:val="22"/>
        </w:rPr>
        <w:t>SEZNAM NOMINOVANÝCH ZÁVODNÍKŮ / ZÁVODNIC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95"/>
        <w:gridCol w:w="1701"/>
        <w:gridCol w:w="2891"/>
      </w:tblGrid>
      <w:tr w:rsidR="00DA5760" w14:paraId="127C1D76" w14:textId="77777777">
        <w:trPr>
          <w:jc w:val="center"/>
        </w:trPr>
        <w:tc>
          <w:tcPr>
            <w:tcW w:w="567" w:type="dxa"/>
            <w:shd w:val="clear" w:color="auto" w:fill="17365D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BA12220" w14:textId="77777777" w:rsidR="00DA5760" w:rsidRDefault="0062182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Č.</w:t>
            </w:r>
          </w:p>
        </w:tc>
        <w:tc>
          <w:tcPr>
            <w:tcW w:w="4195" w:type="dxa"/>
            <w:shd w:val="clear" w:color="auto" w:fill="17365D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FA6F845" w14:textId="77777777" w:rsidR="00DA5760" w:rsidRDefault="0062182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Příjmení a jméno</w:t>
            </w:r>
          </w:p>
        </w:tc>
        <w:tc>
          <w:tcPr>
            <w:tcW w:w="1701" w:type="dxa"/>
            <w:shd w:val="clear" w:color="auto" w:fill="17365D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38F5652" w14:textId="77777777" w:rsidR="00DA5760" w:rsidRDefault="0062182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Rok narození</w:t>
            </w:r>
          </w:p>
        </w:tc>
        <w:tc>
          <w:tcPr>
            <w:tcW w:w="2891" w:type="dxa"/>
            <w:shd w:val="clear" w:color="auto" w:fill="17365D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CEF46CE" w14:textId="77777777" w:rsidR="00DA5760" w:rsidRDefault="0062182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Třída / ročník</w:t>
            </w:r>
          </w:p>
        </w:tc>
      </w:tr>
      <w:tr w:rsidR="00DA5760" w14:paraId="1426A9AD" w14:textId="77777777">
        <w:trPr>
          <w:cantSplit/>
          <w:jc w:val="center"/>
        </w:trPr>
        <w:tc>
          <w:tcPr>
            <w:tcW w:w="567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3E82FC6D" w14:textId="77777777" w:rsidR="00DA5760" w:rsidRDefault="00621822">
            <w:pPr>
              <w:spacing w:after="0"/>
              <w:jc w:val="center"/>
            </w:pPr>
            <w:r>
              <w:rPr>
                <w:color w:val="1F1F1F"/>
              </w:rPr>
              <w:t>1</w:t>
            </w:r>
          </w:p>
        </w:tc>
        <w:tc>
          <w:tcPr>
            <w:tcW w:w="4195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421AC328" w14:textId="77777777" w:rsidR="00DA5760" w:rsidRDefault="00DA5760">
            <w:pPr>
              <w:spacing w:after="0"/>
            </w:pPr>
          </w:p>
        </w:tc>
        <w:tc>
          <w:tcPr>
            <w:tcW w:w="1701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17BD9C0B" w14:textId="77777777" w:rsidR="00DA5760" w:rsidRDefault="00DA5760">
            <w:pPr>
              <w:spacing w:after="0"/>
              <w:jc w:val="center"/>
            </w:pPr>
          </w:p>
        </w:tc>
        <w:tc>
          <w:tcPr>
            <w:tcW w:w="2891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6018028C" w14:textId="77777777" w:rsidR="00DA5760" w:rsidRDefault="00DA5760">
            <w:pPr>
              <w:spacing w:after="0"/>
              <w:jc w:val="center"/>
            </w:pPr>
          </w:p>
        </w:tc>
      </w:tr>
      <w:tr w:rsidR="00DA5760" w14:paraId="16519B1E" w14:textId="77777777">
        <w:trPr>
          <w:cantSplit/>
          <w:jc w:val="center"/>
        </w:trPr>
        <w:tc>
          <w:tcPr>
            <w:tcW w:w="567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2A480C25" w14:textId="77777777" w:rsidR="00DA5760" w:rsidRDefault="00621822">
            <w:pPr>
              <w:spacing w:after="0"/>
              <w:jc w:val="center"/>
            </w:pPr>
            <w:r>
              <w:rPr>
                <w:color w:val="1F1F1F"/>
              </w:rPr>
              <w:t>2</w:t>
            </w:r>
          </w:p>
        </w:tc>
        <w:tc>
          <w:tcPr>
            <w:tcW w:w="4195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2906A70F" w14:textId="77777777" w:rsidR="00DA5760" w:rsidRDefault="00DA5760">
            <w:pPr>
              <w:spacing w:after="0"/>
            </w:pPr>
          </w:p>
        </w:tc>
        <w:tc>
          <w:tcPr>
            <w:tcW w:w="1701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7F43A617" w14:textId="77777777" w:rsidR="00DA5760" w:rsidRDefault="00DA5760">
            <w:pPr>
              <w:spacing w:after="0"/>
              <w:jc w:val="center"/>
            </w:pPr>
          </w:p>
        </w:tc>
        <w:tc>
          <w:tcPr>
            <w:tcW w:w="2891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6147B0AC" w14:textId="77777777" w:rsidR="00DA5760" w:rsidRDefault="00DA5760">
            <w:pPr>
              <w:spacing w:after="0"/>
              <w:jc w:val="center"/>
            </w:pPr>
          </w:p>
        </w:tc>
      </w:tr>
      <w:tr w:rsidR="00DA5760" w14:paraId="51CB285F" w14:textId="77777777">
        <w:trPr>
          <w:cantSplit/>
          <w:jc w:val="center"/>
        </w:trPr>
        <w:tc>
          <w:tcPr>
            <w:tcW w:w="567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53B87F33" w14:textId="77777777" w:rsidR="00DA5760" w:rsidRDefault="00621822">
            <w:pPr>
              <w:spacing w:after="0"/>
              <w:jc w:val="center"/>
            </w:pPr>
            <w:r>
              <w:rPr>
                <w:color w:val="1F1F1F"/>
              </w:rPr>
              <w:t>3</w:t>
            </w:r>
          </w:p>
        </w:tc>
        <w:tc>
          <w:tcPr>
            <w:tcW w:w="4195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67F4B54C" w14:textId="77777777" w:rsidR="00DA5760" w:rsidRDefault="00DA5760">
            <w:pPr>
              <w:spacing w:after="0"/>
            </w:pPr>
          </w:p>
        </w:tc>
        <w:tc>
          <w:tcPr>
            <w:tcW w:w="1701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31DC026C" w14:textId="77777777" w:rsidR="00DA5760" w:rsidRDefault="00DA5760">
            <w:pPr>
              <w:spacing w:after="0"/>
              <w:jc w:val="center"/>
            </w:pPr>
          </w:p>
        </w:tc>
        <w:tc>
          <w:tcPr>
            <w:tcW w:w="2891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6055AC98" w14:textId="77777777" w:rsidR="00DA5760" w:rsidRDefault="00DA5760">
            <w:pPr>
              <w:spacing w:after="0"/>
              <w:jc w:val="center"/>
            </w:pPr>
          </w:p>
        </w:tc>
      </w:tr>
      <w:tr w:rsidR="00DA5760" w14:paraId="034056C5" w14:textId="77777777">
        <w:trPr>
          <w:cantSplit/>
          <w:jc w:val="center"/>
        </w:trPr>
        <w:tc>
          <w:tcPr>
            <w:tcW w:w="567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79D8A697" w14:textId="77777777" w:rsidR="00DA5760" w:rsidRDefault="00621822">
            <w:pPr>
              <w:spacing w:after="0"/>
              <w:jc w:val="center"/>
            </w:pPr>
            <w:r>
              <w:rPr>
                <w:color w:val="1F1F1F"/>
              </w:rPr>
              <w:t>4</w:t>
            </w:r>
          </w:p>
        </w:tc>
        <w:tc>
          <w:tcPr>
            <w:tcW w:w="4195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077BE625" w14:textId="77777777" w:rsidR="00DA5760" w:rsidRDefault="00DA5760">
            <w:pPr>
              <w:spacing w:after="0"/>
            </w:pPr>
          </w:p>
        </w:tc>
        <w:tc>
          <w:tcPr>
            <w:tcW w:w="1701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3738D383" w14:textId="77777777" w:rsidR="00DA5760" w:rsidRDefault="00DA5760">
            <w:pPr>
              <w:spacing w:after="0"/>
              <w:jc w:val="center"/>
            </w:pPr>
          </w:p>
        </w:tc>
        <w:tc>
          <w:tcPr>
            <w:tcW w:w="2891" w:type="dx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1A1719AA" w14:textId="77777777" w:rsidR="00DA5760" w:rsidRDefault="00DA5760">
            <w:pPr>
              <w:spacing w:after="0"/>
              <w:jc w:val="center"/>
            </w:pPr>
          </w:p>
        </w:tc>
      </w:tr>
    </w:tbl>
    <w:p w14:paraId="564D6608" w14:textId="77777777" w:rsidR="00DA5760" w:rsidRDefault="00621822">
      <w:pPr>
        <w:spacing w:before="120"/>
      </w:pPr>
      <w:r>
        <w:rPr>
          <w:i/>
          <w:color w:val="505050"/>
          <w:sz w:val="18"/>
        </w:rPr>
        <w:t>Každé družstvo tvoří čtyři závodníci nebo čtyři závodnice. Za každou školu může v každé kategorii startovat pouze jedno družstvo.</w:t>
      </w:r>
    </w:p>
    <w:p w14:paraId="72503006" w14:textId="77777777" w:rsidR="00DA5760" w:rsidRDefault="00621822">
      <w:pPr>
        <w:keepNext/>
        <w:spacing w:before="160" w:after="80"/>
      </w:pPr>
      <w:r>
        <w:rPr>
          <w:rFonts w:ascii="Aptos Display" w:hAnsi="Aptos Display"/>
          <w:b/>
          <w:color w:val="17365D"/>
          <w:sz w:val="22"/>
        </w:rPr>
        <w:t>POTVRZENÍ SOUPISKY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DA5760" w14:paraId="0D2CCF39" w14:textId="77777777">
        <w:trPr>
          <w:cantSplit/>
          <w:jc w:val="center"/>
        </w:trPr>
        <w:tc>
          <w:tcPr>
            <w:tcW w:w="4677" w:type="dxa"/>
            <w:shd w:val="clear" w:color="auto" w:fill="D9EA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94F5556" w14:textId="77777777" w:rsidR="00DA5760" w:rsidRDefault="00621822">
            <w:pPr>
              <w:spacing w:after="0"/>
            </w:pPr>
            <w:r>
              <w:rPr>
                <w:b/>
                <w:color w:val="17365D"/>
              </w:rPr>
              <w:t>Vedoucí družstva</w:t>
            </w:r>
          </w:p>
        </w:tc>
        <w:tc>
          <w:tcPr>
            <w:tcW w:w="4677" w:type="dxa"/>
            <w:shd w:val="clear" w:color="auto" w:fill="D9EA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3898129" w14:textId="77777777" w:rsidR="00DA5760" w:rsidRDefault="00621822">
            <w:pPr>
              <w:spacing w:after="0"/>
            </w:pPr>
            <w:r>
              <w:rPr>
                <w:b/>
                <w:color w:val="17365D"/>
              </w:rPr>
              <w:t>Ředitel/ředitelka školy</w:t>
            </w:r>
          </w:p>
        </w:tc>
      </w:tr>
      <w:tr w:rsidR="00DA5760" w14:paraId="68E41468" w14:textId="77777777">
        <w:trPr>
          <w:cantSplit/>
          <w:jc w:val="center"/>
        </w:trPr>
        <w:tc>
          <w:tcPr>
            <w:tcW w:w="4677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B168292" w14:textId="77777777" w:rsidR="00DA5760" w:rsidRDefault="00621822">
            <w:pPr>
              <w:spacing w:after="0"/>
            </w:pPr>
            <w:r>
              <w:rPr>
                <w:color w:val="1F1F1F"/>
              </w:rPr>
              <w:br/>
              <w:t>Datum, jméno a podpis</w:t>
            </w:r>
            <w:r>
              <w:rPr>
                <w:color w:val="1F1F1F"/>
              </w:rPr>
              <w:br/>
            </w:r>
          </w:p>
        </w:tc>
        <w:tc>
          <w:tcPr>
            <w:tcW w:w="4677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99BCBBD" w14:textId="77777777" w:rsidR="00DA5760" w:rsidRDefault="00621822">
            <w:pPr>
              <w:spacing w:after="0"/>
            </w:pPr>
            <w:r>
              <w:rPr>
                <w:color w:val="1F1F1F"/>
              </w:rPr>
              <w:br/>
              <w:t>Datum, jméno, podpis a razítko školy</w:t>
            </w:r>
            <w:r>
              <w:rPr>
                <w:color w:val="1F1F1F"/>
              </w:rPr>
              <w:br/>
            </w:r>
          </w:p>
        </w:tc>
      </w:tr>
    </w:tbl>
    <w:p w14:paraId="10EFD8A3" w14:textId="77777777" w:rsidR="00621822" w:rsidRDefault="00621822"/>
    <w:sectPr w:rsidR="00621822" w:rsidSect="00034616">
      <w:headerReference w:type="default" r:id="rId8"/>
      <w:footerReference w:type="default" r:id="rId9"/>
      <w:pgSz w:w="12240" w:h="15840"/>
      <w:pgMar w:top="822" w:right="1020" w:bottom="822" w:left="1020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823FA" w14:textId="77777777" w:rsidR="00596678" w:rsidRDefault="00596678">
      <w:pPr>
        <w:spacing w:after="0" w:line="240" w:lineRule="auto"/>
      </w:pPr>
      <w:r>
        <w:separator/>
      </w:r>
    </w:p>
  </w:endnote>
  <w:endnote w:type="continuationSeparator" w:id="0">
    <w:p w14:paraId="1B0D33BF" w14:textId="77777777" w:rsidR="00596678" w:rsidRDefault="00596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71110" w14:textId="77777777" w:rsidR="00DA5760" w:rsidRDefault="00621822">
    <w:pPr>
      <w:pStyle w:val="Zpat"/>
      <w:jc w:val="center"/>
    </w:pPr>
    <w:r>
      <w:rPr>
        <w:color w:val="5A5A5A"/>
        <w:sz w:val="16"/>
      </w:rPr>
      <w:t>Gymnázium, Střední odborná škola a Vyšší odborná škola, Nový Bydžov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AC6C5" w14:textId="77777777" w:rsidR="00596678" w:rsidRDefault="00596678">
      <w:pPr>
        <w:spacing w:after="0" w:line="240" w:lineRule="auto"/>
      </w:pPr>
      <w:r>
        <w:separator/>
      </w:r>
    </w:p>
  </w:footnote>
  <w:footnote w:type="continuationSeparator" w:id="0">
    <w:p w14:paraId="70A91D17" w14:textId="77777777" w:rsidR="00596678" w:rsidRDefault="005966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9042A" w14:textId="77777777" w:rsidR="00DA5760" w:rsidRDefault="00621822">
    <w:pPr>
      <w:pStyle w:val="Zhlav"/>
      <w:jc w:val="right"/>
    </w:pPr>
    <w:r>
      <w:rPr>
        <w:b/>
        <w:color w:val="17365D"/>
        <w:sz w:val="16"/>
      </w:rPr>
      <w:t>STŘEDOŠKOLSKÁ SPORTOVNÍ LIGA KHK  |  2026/2027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2656915">
    <w:abstractNumId w:val="8"/>
  </w:num>
  <w:num w:numId="2" w16cid:durableId="231817898">
    <w:abstractNumId w:val="6"/>
  </w:num>
  <w:num w:numId="3" w16cid:durableId="397364492">
    <w:abstractNumId w:val="5"/>
  </w:num>
  <w:num w:numId="4" w16cid:durableId="7223706">
    <w:abstractNumId w:val="4"/>
  </w:num>
  <w:num w:numId="5" w16cid:durableId="217589576">
    <w:abstractNumId w:val="7"/>
  </w:num>
  <w:num w:numId="6" w16cid:durableId="39667451">
    <w:abstractNumId w:val="3"/>
  </w:num>
  <w:num w:numId="7" w16cid:durableId="1765106201">
    <w:abstractNumId w:val="2"/>
  </w:num>
  <w:num w:numId="8" w16cid:durableId="376397947">
    <w:abstractNumId w:val="1"/>
  </w:num>
  <w:num w:numId="9" w16cid:durableId="260839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3F53"/>
    <w:rsid w:val="00326F90"/>
    <w:rsid w:val="00596678"/>
    <w:rsid w:val="00621822"/>
    <w:rsid w:val="00631A3E"/>
    <w:rsid w:val="00AA1D8D"/>
    <w:rsid w:val="00B47730"/>
    <w:rsid w:val="00CB0664"/>
    <w:rsid w:val="00DA5760"/>
    <w:rsid w:val="00F711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5CDE41"/>
  <w14:defaultImageDpi w14:val="300"/>
  <w15:docId w15:val="{E636E9B3-72A9-42F3-92C8-CB2D990AE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60"/>
    </w:pPr>
    <w:rPr>
      <w:rFonts w:ascii="Aptos" w:hAnsi="Aptos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Soupiska družstva - atletika 2026/2027</dc:title>
  <dc:subject/>
  <dc:creator>Rosůlek Lukáš</dc:creator>
  <cp:keywords/>
  <dc:description>generated by python-docx</dc:description>
  <cp:lastModifiedBy>Mgr. Petr Skokan</cp:lastModifiedBy>
  <cp:revision>2</cp:revision>
  <dcterms:created xsi:type="dcterms:W3CDTF">2026-09-15T06:22:00Z</dcterms:created>
  <dcterms:modified xsi:type="dcterms:W3CDTF">2026-09-15T06:22:00Z</dcterms:modified>
  <cp:category/>
</cp:coreProperties>
</file>