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2A0D6" w14:textId="77777777" w:rsidR="00AA0DEC" w:rsidRDefault="009B7E81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ZÁVAZNÁ PŘIHLÁŠKA</w:t>
      </w:r>
    </w:p>
    <w:p w14:paraId="5A4111F3" w14:textId="77777777" w:rsidR="00AA0DEC" w:rsidRDefault="009B7E81">
      <w:pPr>
        <w:spacing w:after="160"/>
        <w:jc w:val="center"/>
      </w:pPr>
      <w:r>
        <w:rPr>
          <w:b/>
          <w:color w:val="17365D"/>
          <w:sz w:val="26"/>
        </w:rPr>
        <w:t>ATLETIKA  | 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10180"/>
      </w:tblGrid>
      <w:tr w:rsidR="00AA0DEC" w14:paraId="62FFCE91" w14:textId="77777777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5A79D0" w14:textId="77777777" w:rsidR="00AA0DEC" w:rsidRDefault="009B7E81">
            <w:pPr>
              <w:spacing w:after="0"/>
              <w:jc w:val="center"/>
            </w:pPr>
            <w:r>
              <w:rPr>
                <w:b/>
                <w:color w:val="17365D"/>
                <w:sz w:val="19"/>
              </w:rPr>
              <w:t>Termín soutěže: červen 2027  |  Místo: sportovní areál Gymnázia, SOŠ a VOŠ, Nový Bydžov</w:t>
            </w:r>
          </w:p>
        </w:tc>
      </w:tr>
    </w:tbl>
    <w:p w14:paraId="0AA47EC0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7"/>
      </w:tblGrid>
      <w:tr w:rsidR="00AA0DEC" w14:paraId="73E306EC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9F38B5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Oficiální název školy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F50FE" w14:textId="77777777" w:rsidR="00AA0DEC" w:rsidRDefault="00AA0DEC">
            <w:pPr>
              <w:spacing w:after="0"/>
            </w:pPr>
          </w:p>
        </w:tc>
      </w:tr>
      <w:tr w:rsidR="00AA0DEC" w14:paraId="7F730C7D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8D863D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Adresa školy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3D1C3" w14:textId="77777777" w:rsidR="00AA0DEC" w:rsidRDefault="00AA0DEC">
            <w:pPr>
              <w:spacing w:after="0"/>
            </w:pPr>
          </w:p>
        </w:tc>
      </w:tr>
      <w:tr w:rsidR="00AA0DEC" w14:paraId="43929C9E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B311C4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IČO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BD7DDF" w14:textId="77777777" w:rsidR="00AA0DEC" w:rsidRDefault="00AA0DEC">
            <w:pPr>
              <w:spacing w:after="0"/>
            </w:pPr>
          </w:p>
        </w:tc>
      </w:tr>
      <w:tr w:rsidR="00AA0DEC" w14:paraId="4BFAE239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8F339C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BDC30" w14:textId="77777777" w:rsidR="00AA0DEC" w:rsidRDefault="00AA0DEC">
            <w:pPr>
              <w:spacing w:after="0"/>
            </w:pPr>
          </w:p>
        </w:tc>
      </w:tr>
    </w:tbl>
    <w:p w14:paraId="72C574CD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7"/>
      </w:tblGrid>
      <w:tr w:rsidR="00AA0DEC" w14:paraId="0F8959FA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1EE359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Jméno a příjmení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47F02" w14:textId="77777777" w:rsidR="00AA0DEC" w:rsidRDefault="00AA0DEC">
            <w:pPr>
              <w:spacing w:after="0"/>
            </w:pPr>
          </w:p>
        </w:tc>
      </w:tr>
      <w:tr w:rsidR="00AA0DEC" w14:paraId="26208FD7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D9507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Pracovní pozice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AF2C6" w14:textId="77777777" w:rsidR="00AA0DEC" w:rsidRDefault="00AA0DEC">
            <w:pPr>
              <w:spacing w:after="0"/>
            </w:pPr>
          </w:p>
        </w:tc>
      </w:tr>
      <w:tr w:rsidR="00AA0DEC" w14:paraId="395CD320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3AF2F6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Telefon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7A8A0" w14:textId="77777777" w:rsidR="00AA0DEC" w:rsidRDefault="00AA0DEC">
            <w:pPr>
              <w:spacing w:after="0"/>
            </w:pPr>
          </w:p>
        </w:tc>
      </w:tr>
      <w:tr w:rsidR="00AA0DEC" w14:paraId="5C3E877F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1C33AA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E-mail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F6CDB6" w14:textId="77777777" w:rsidR="00AA0DEC" w:rsidRDefault="00AA0DEC">
            <w:pPr>
              <w:spacing w:after="0"/>
            </w:pPr>
          </w:p>
        </w:tc>
      </w:tr>
    </w:tbl>
    <w:p w14:paraId="65E0FECF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3. PŘIHLÁŠENÍ DO SOUTĚŽE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407"/>
      </w:tblGrid>
      <w:tr w:rsidR="00AA0DEC" w14:paraId="27B5BCBE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C25B7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Kategorie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A125" w14:textId="77777777" w:rsidR="00AA0DEC" w:rsidRDefault="00000000">
            <w:sdt>
              <w:sdtPr>
                <w:alias w:val="chlapci"/>
                <w:tag w:val="checkbox"/>
                <w:id w:val="673913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7E81">
                  <w:t>☐</w:t>
                </w:r>
              </w:sdtContent>
            </w:sdt>
            <w:r w:rsidR="009B7E81">
              <w:t xml:space="preserve">  chlapci</w:t>
            </w:r>
          </w:p>
        </w:tc>
      </w:tr>
      <w:tr w:rsidR="00AA0DEC" w14:paraId="2281F16D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696A0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Kategorie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D242F" w14:textId="77777777" w:rsidR="00AA0DEC" w:rsidRDefault="00000000">
            <w:sdt>
              <w:sdtPr>
                <w:alias w:val="dívky"/>
                <w:tag w:val="checkbox"/>
                <w:id w:val="625972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7E81">
                  <w:t>☐</w:t>
                </w:r>
              </w:sdtContent>
            </w:sdt>
            <w:r w:rsidR="009B7E81">
              <w:t xml:space="preserve">  dívky</w:t>
            </w:r>
          </w:p>
        </w:tc>
      </w:tr>
      <w:tr w:rsidR="00AA0DEC" w14:paraId="22AD9054" w14:textId="77777777">
        <w:trPr>
          <w:jc w:val="center"/>
        </w:trPr>
        <w:tc>
          <w:tcPr>
            <w:tcW w:w="294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79E9D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Závazné přihlášení</w:t>
            </w:r>
          </w:p>
        </w:tc>
        <w:tc>
          <w:tcPr>
            <w:tcW w:w="64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CD9D5" w14:textId="77777777" w:rsidR="00AA0DEC" w:rsidRDefault="00000000">
            <w:sdt>
              <w:sdtPr>
                <w:alias w:val="Tímto závazně přihlašujeme školní družstvo / družstva do soutěže."/>
                <w:tag w:val="checkbox"/>
                <w:id w:val="21314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7E81">
                  <w:t>☐</w:t>
                </w:r>
              </w:sdtContent>
            </w:sdt>
            <w:r w:rsidR="009B7E81">
              <w:t xml:space="preserve">  Tímto závazně přihlašujeme školní družstvo / družstva do soutěže.</w:t>
            </w:r>
          </w:p>
        </w:tc>
      </w:tr>
    </w:tbl>
    <w:p w14:paraId="06776147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4. PROHLÁŠENÍ ŠKOLY</w:t>
      </w:r>
    </w:p>
    <w:p w14:paraId="2CDBA401" w14:textId="77777777" w:rsidR="00AA0DEC" w:rsidRDefault="009B7E81">
      <w:r>
        <w:t>Škola potvrzuje, že:</w:t>
      </w:r>
    </w:p>
    <w:p w14:paraId="012F9195" w14:textId="77777777" w:rsidR="00AA0DEC" w:rsidRDefault="009B7E81">
      <w:pPr>
        <w:pStyle w:val="Seznamsodrkami"/>
        <w:spacing w:after="40"/>
      </w:pPr>
      <w:r>
        <w:t>všichni nominovaní účastníci budou splňovat podmínky účasti stanovené pro soutěž v atletice v rámci Středoškolské sportovní ligy Královéhradeckého kraje;</w:t>
      </w:r>
    </w:p>
    <w:p w14:paraId="18F0C517" w14:textId="77777777" w:rsidR="00AA0DEC" w:rsidRDefault="009B7E81">
      <w:pPr>
        <w:pStyle w:val="Seznamsodrkami"/>
        <w:spacing w:after="40"/>
      </w:pPr>
      <w:r>
        <w:t>nominovaní závodníci a závodnice budou narozeni v letech 2007–2011, budou žáky 1.–4. ročníku střední školy, u víceletých gymnázií kvinty až oktávy, případně žáky závěrečných ročníků, kteří ve školním roce 2026/2027 úspěšně vykonali maturitní nebo závěrečnou zkoušku;</w:t>
      </w:r>
    </w:p>
    <w:p w14:paraId="67C5D387" w14:textId="77777777" w:rsidR="00AA0DEC" w:rsidRDefault="009B7E81">
      <w:pPr>
        <w:pStyle w:val="Seznamsodrkami"/>
        <w:spacing w:after="40"/>
      </w:pPr>
      <w:r>
        <w:t>nebudou nominováni žáci pomaturitního studia ani studenti sportovních gymnázií, kteří mají ve vzdělávacím programu sportovní přípravu zaměřenou na atletiku v oborech 79-42-K/41, 79-42-K/61 nebo 79-42-K/81;</w:t>
      </w:r>
    </w:p>
    <w:p w14:paraId="2B50D506" w14:textId="77777777" w:rsidR="00AA0DEC" w:rsidRDefault="009B7E81">
      <w:pPr>
        <w:pStyle w:val="Seznamsodrkami"/>
        <w:spacing w:after="40"/>
      </w:pPr>
      <w:r>
        <w:t>každý nominovaný člen družstva absolvuje všechny vypsané individuální disciplíny a štafetu;</w:t>
      </w:r>
    </w:p>
    <w:p w14:paraId="5709036C" w14:textId="77777777" w:rsidR="00AA0DEC" w:rsidRDefault="009B7E81">
      <w:pPr>
        <w:pStyle w:val="Seznamsodrkami"/>
        <w:spacing w:after="40"/>
      </w:pPr>
      <w:r>
        <w:t>vysílající škola bude odpovídat za posouzení zdravotní způsobilosti účastníků;</w:t>
      </w:r>
    </w:p>
    <w:p w14:paraId="0FD52193" w14:textId="77777777" w:rsidR="00AA0DEC" w:rsidRDefault="009B7E81">
      <w:pPr>
        <w:pStyle w:val="Seznamsodrkami"/>
        <w:spacing w:after="40"/>
      </w:pPr>
      <w:r>
        <w:t>škola bere na vědomí, že účastníci nejsou pro tuto soutěž speciálně pojištěni a že se na ně vztahuje běžné pojištění školy zahrnující tento typ školních sportovních aktivit;</w:t>
      </w:r>
    </w:p>
    <w:p w14:paraId="7E75C7FC" w14:textId="77777777" w:rsidR="00AA0DEC" w:rsidRDefault="009B7E81">
      <w:pPr>
        <w:pStyle w:val="Seznamsodrkami"/>
        <w:spacing w:after="40"/>
      </w:pPr>
      <w:r>
        <w:t>ředitel/ředitelka školy bude odpovídat za nominaci závodníků a závodnic, správnost uvedených údajů a splnění všech podmínek účasti.</w:t>
      </w:r>
    </w:p>
    <w:p w14:paraId="0786089C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lastRenderedPageBreak/>
        <w:t>5.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AA0DEC" w14:paraId="3F663E9D" w14:textId="77777777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04F81A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Místo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ED676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Datum</w:t>
            </w:r>
          </w:p>
        </w:tc>
      </w:tr>
      <w:tr w:rsidR="00AA0DEC" w14:paraId="59672F3C" w14:textId="77777777">
        <w:trPr>
          <w:cantSplit/>
          <w:jc w:val="center"/>
        </w:trPr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CED64" w14:textId="77777777" w:rsidR="00AA0DEC" w:rsidRDefault="00AA0DEC">
            <w:pPr>
              <w:spacing w:after="0"/>
            </w:pP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C05CB" w14:textId="77777777" w:rsidR="00AA0DEC" w:rsidRDefault="00AA0DEC">
            <w:pPr>
              <w:spacing w:after="0"/>
            </w:pPr>
          </w:p>
        </w:tc>
      </w:tr>
      <w:tr w:rsidR="00AA0DEC" w14:paraId="018AEF3E" w14:textId="77777777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BFF9D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DA1CAD" w14:textId="77777777" w:rsidR="00AA0DEC" w:rsidRDefault="009B7E81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</w:tr>
      <w:tr w:rsidR="00AA0DEC" w14:paraId="1AD71B2D" w14:textId="77777777">
        <w:trPr>
          <w:cantSplit/>
          <w:jc w:val="center"/>
        </w:trPr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8E18F" w14:textId="77777777" w:rsidR="00AA0DEC" w:rsidRDefault="009B7E81">
            <w:pPr>
              <w:spacing w:after="0"/>
            </w:pPr>
            <w:r>
              <w:rPr>
                <w:color w:val="1F1F1F"/>
              </w:rPr>
              <w:br/>
              <w:t>Jméno a podpis</w:t>
            </w:r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20217" w14:textId="77777777" w:rsidR="00AA0DEC" w:rsidRDefault="009B7E81">
            <w:pPr>
              <w:spacing w:after="0"/>
            </w:pPr>
            <w:r>
              <w:rPr>
                <w:color w:val="1F1F1F"/>
              </w:rPr>
              <w:br/>
              <w:t>Jméno, podpis a razítko školy</w:t>
            </w:r>
            <w:r>
              <w:rPr>
                <w:color w:val="1F1F1F"/>
              </w:rPr>
              <w:br/>
            </w:r>
          </w:p>
        </w:tc>
      </w:tr>
    </w:tbl>
    <w:p w14:paraId="493A59A0" w14:textId="77777777" w:rsidR="00AA0DEC" w:rsidRDefault="009B7E81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6. ODESLÁNÍ PŘIHLÁŠKY</w:t>
      </w:r>
    </w:p>
    <w:tbl>
      <w:tblPr>
        <w:tblW w:w="0" w:type="auto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10180"/>
      </w:tblGrid>
      <w:tr w:rsidR="00AA0DEC" w14:paraId="67E52359" w14:textId="77777777">
        <w:tc>
          <w:tcPr>
            <w:tcW w:w="10200" w:type="dxa"/>
            <w:shd w:val="clear" w:color="auto" w:fill="F3F7F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D2584" w14:textId="2F1BE2C1" w:rsidR="00AA0DEC" w:rsidRDefault="009B7E81">
            <w:pPr>
              <w:spacing w:after="0"/>
              <w:jc w:val="center"/>
            </w:pPr>
            <w:proofErr w:type="spellStart"/>
            <w:r>
              <w:rPr>
                <w:b/>
                <w:color w:val="17365D"/>
              </w:rPr>
              <w:t>Vyplněnou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přihlášku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zašlete</w:t>
            </w:r>
            <w:proofErr w:type="spellEnd"/>
            <w:r>
              <w:rPr>
                <w:b/>
                <w:color w:val="17365D"/>
              </w:rPr>
              <w:t xml:space="preserve"> </w:t>
            </w:r>
            <w:proofErr w:type="spellStart"/>
            <w:r>
              <w:rPr>
                <w:b/>
                <w:color w:val="17365D"/>
              </w:rPr>
              <w:t>nejpozději</w:t>
            </w:r>
            <w:proofErr w:type="spellEnd"/>
            <w:r>
              <w:rPr>
                <w:b/>
                <w:color w:val="17365D"/>
              </w:rPr>
              <w:t xml:space="preserve"> do 25. září 2026</w:t>
            </w:r>
            <w:r>
              <w:rPr>
                <w:b/>
                <w:color w:val="17365D"/>
              </w:rPr>
              <w:br/>
              <w:t>na e-mail: vanova@gnb.cz</w:t>
            </w:r>
            <w:r>
              <w:rPr>
                <w:b/>
                <w:color w:val="17365D"/>
              </w:rPr>
              <w:br/>
              <w:t xml:space="preserve">Kontaktní osoba: Mgr. </w:t>
            </w:r>
            <w:r w:rsidR="00235762">
              <w:rPr>
                <w:b/>
                <w:color w:val="17365D"/>
              </w:rPr>
              <w:t>Bc</w:t>
            </w:r>
            <w:r>
              <w:rPr>
                <w:b/>
                <w:color w:val="17365D"/>
              </w:rPr>
              <w:t>. Jana Váňová</w:t>
            </w:r>
          </w:p>
        </w:tc>
      </w:tr>
    </w:tbl>
    <w:p w14:paraId="5DA9329E" w14:textId="77777777" w:rsidR="009B7E81" w:rsidRDefault="009B7E81" w:rsidP="0094721B">
      <w:pPr>
        <w:pageBreakBefore/>
      </w:pPr>
    </w:p>
    <w:sectPr w:rsidR="009B7E81" w:rsidSect="00034616">
      <w:headerReference w:type="default" r:id="rId8"/>
      <w:footerReference w:type="default" r:id="rId9"/>
      <w:pgSz w:w="12240" w:h="15840"/>
      <w:pgMar w:top="794" w:right="1020" w:bottom="794" w:left="1020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27987" w14:textId="77777777" w:rsidR="002963B6" w:rsidRDefault="002963B6">
      <w:pPr>
        <w:spacing w:after="0" w:line="240" w:lineRule="auto"/>
      </w:pPr>
      <w:r>
        <w:separator/>
      </w:r>
    </w:p>
  </w:endnote>
  <w:endnote w:type="continuationSeparator" w:id="0">
    <w:p w14:paraId="28A4C300" w14:textId="77777777" w:rsidR="002963B6" w:rsidRDefault="00296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275C" w14:textId="77777777" w:rsidR="00AA0DEC" w:rsidRDefault="009B7E81">
    <w:pPr>
      <w:pStyle w:val="Zpat"/>
      <w:jc w:val="center"/>
    </w:pPr>
    <w:proofErr w:type="spellStart"/>
    <w:r>
      <w:rPr>
        <w:color w:val="5A5A5A"/>
        <w:sz w:val="16"/>
      </w:rPr>
      <w:t>Gymnázium</w:t>
    </w:r>
    <w:proofErr w:type="spellEnd"/>
    <w:r>
      <w:rPr>
        <w:color w:val="5A5A5A"/>
        <w:sz w:val="16"/>
      </w:rPr>
      <w:t xml:space="preserve">, </w:t>
    </w:r>
    <w:proofErr w:type="spellStart"/>
    <w:r>
      <w:rPr>
        <w:color w:val="5A5A5A"/>
        <w:sz w:val="16"/>
      </w:rPr>
      <w:t>Střední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 a Vyšší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, Nový </w:t>
    </w:r>
    <w:proofErr w:type="spellStart"/>
    <w:r>
      <w:rPr>
        <w:color w:val="5A5A5A"/>
        <w:sz w:val="16"/>
      </w:rPr>
      <w:t>Bydžov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7C492" w14:textId="77777777" w:rsidR="002963B6" w:rsidRDefault="002963B6">
      <w:pPr>
        <w:spacing w:after="0" w:line="240" w:lineRule="auto"/>
      </w:pPr>
      <w:r>
        <w:separator/>
      </w:r>
    </w:p>
  </w:footnote>
  <w:footnote w:type="continuationSeparator" w:id="0">
    <w:p w14:paraId="3CC4ACB8" w14:textId="77777777" w:rsidR="002963B6" w:rsidRDefault="00296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4D6C" w14:textId="77777777" w:rsidR="00AA0DEC" w:rsidRDefault="009B7E81">
    <w:pPr>
      <w:pStyle w:val="Zhlav"/>
      <w:jc w:val="right"/>
    </w:pPr>
    <w:r>
      <w:rPr>
        <w:b/>
        <w:color w:val="17365D"/>
        <w:sz w:val="16"/>
      </w:rPr>
      <w:t xml:space="preserve">STŘEDOŠKOLSKÁ SPORTOVNÍ LIGA </w:t>
    </w:r>
    <w:proofErr w:type="gramStart"/>
    <w:r>
      <w:rPr>
        <w:b/>
        <w:color w:val="17365D"/>
        <w:sz w:val="16"/>
      </w:rPr>
      <w:t>KHK  |</w:t>
    </w:r>
    <w:proofErr w:type="gramEnd"/>
    <w:r>
      <w:rPr>
        <w:b/>
        <w:color w:val="17365D"/>
        <w:sz w:val="16"/>
      </w:rPr>
      <w:t xml:space="preserve">  2026/2027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5171236">
    <w:abstractNumId w:val="8"/>
  </w:num>
  <w:num w:numId="2" w16cid:durableId="1209801993">
    <w:abstractNumId w:val="6"/>
  </w:num>
  <w:num w:numId="3" w16cid:durableId="1066227496">
    <w:abstractNumId w:val="5"/>
  </w:num>
  <w:num w:numId="4" w16cid:durableId="1228763793">
    <w:abstractNumId w:val="4"/>
  </w:num>
  <w:num w:numId="5" w16cid:durableId="283194058">
    <w:abstractNumId w:val="7"/>
  </w:num>
  <w:num w:numId="6" w16cid:durableId="474419834">
    <w:abstractNumId w:val="3"/>
  </w:num>
  <w:num w:numId="7" w16cid:durableId="124860709">
    <w:abstractNumId w:val="2"/>
  </w:num>
  <w:num w:numId="8" w16cid:durableId="1494685623">
    <w:abstractNumId w:val="1"/>
  </w:num>
  <w:num w:numId="9" w16cid:durableId="1197932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5762"/>
    <w:rsid w:val="0029639D"/>
    <w:rsid w:val="002963B6"/>
    <w:rsid w:val="00326F90"/>
    <w:rsid w:val="00392EB8"/>
    <w:rsid w:val="0094721B"/>
    <w:rsid w:val="009B7E81"/>
    <w:rsid w:val="00AA0DE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42D6F7"/>
  <w14:defaultImageDpi w14:val="300"/>
  <w15:docId w15:val="{59209EAB-BC03-4630-914B-DB339DD1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6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269</Words>
  <Characters>1633</Characters>
  <Application>Microsoft Office Word</Application>
  <DocSecurity>0</DocSecurity>
  <Lines>102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Závazná přihláška - atletika 2026/2027</dc:title>
  <dc:subject/>
  <dc:creator>Rosůlek Lukáš</dc:creator>
  <cp:keywords/>
  <dc:description>generated by python-docx</dc:description>
  <cp:lastModifiedBy>Mgr. Petr Skokan</cp:lastModifiedBy>
  <cp:revision>2</cp:revision>
  <dcterms:created xsi:type="dcterms:W3CDTF">2026-09-15T06:21:00Z</dcterms:created>
  <dcterms:modified xsi:type="dcterms:W3CDTF">2026-09-15T06:21:00Z</dcterms:modified>
  <cp:category/>
</cp:coreProperties>
</file>